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🔐 חדר בריחה: מגיעים הביתה בשלום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גרסה מודפסת לתחנות בכיתה. מניחים כל כרטיס בפינה אחרת; הקבוצות עוברות בתחנות ואוספות ספרות.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F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📖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אתם חוזרים מבית הספר לבד, בפעם הראשונה, דרך מרכז העיר. כדי להגיע הביתה בשלום צריך לפתוח ארבעה מנעולים. כל תחנה נותנת ספרה אחת – וביחד: הקוד של הדלת. התחנות בנויות לפי אפר״ת: אירוע ← פרשנות ← רגש ← תגובה.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תחנה 1: א – אירוע  ·  ⚪ כובע לבן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באמת קרה?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בצומת הגדול הרמזור להולכי רגל אדום. קורקינט עובר מהר על המדרכה ומצפצף. חבר/ה אומר/ת: ״זה המקום הכי מסוכן בעולם, אנחנו אף פעם לא נגיע הביתה!״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המשימה: סמנו רק את העובדות – מה שמצלמה הייתה רואה. מספר העובדות = הספרה.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☐ הרמזור להולכי רגל אדום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☐ קורקינט עבר על המדרכה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☐ הקורקינט צפצף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☐ זה המקום הכי מסוכן בעולם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☐ אנחנו אף פעם לא נגיע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☐ כולם נגדנו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הספרה שלנו: ⬜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תחנה 2: פ – פרשנות  ·  ⚫🟡 כובע שחור וצהוב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מחשבה שעוצרת ← מחשבה שמקדמת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אותו אירוע אפשר לפרש בכמה דרכים. מחשבה ״עוצרת״ מגדילה את הלחץ; מחשבה ״מקדמת״ רואה את הקושי – וגם את הדרך.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המשימה: התאימו לכל מחשבה עוצרת את המחשבה המקדמת שלה.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מחשבה עוצרת: ״אני לעולם לא אסתדר בעיר הזאת.״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מחשבה עוצרת: ״אם לא ארוץ עכשיו – הכול ייהרס.״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מחשבה עוצרת: ״כולם יצחקו עליי כי לא הבנתי.״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מחשבה מקדמת: ״זה חדש לי. אני לומד/ת את הדרך צעד אחר צעד.״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מחשבה מקדמת: ״גם אם אאחר קצת, העיקר להגיע שלם/ה.״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מחשבה מקדמת: ״מותר לבקש לאט. רוב האנשים שמחים לעזור.״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הספרה שלנו: ⬜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תחנה 3: ר – רגש  ·  🔴 כובע אדום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נותנים שם לרגש – ונושמים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האוטובוס שלכם עבר בתחנה ולא עצר. הגוף מגיב: הלב דופק, הידיים קפוצות.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המשימה: בחרו מה אתם מרגישים (כל רגש מותר!), ואז נשמו יחד עם העיגול. מספר הנשימות = הספרה.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רגשות: 😟 לחץ · 😠 כעס · 😳 בושה · 😢 עצב · 😕 בלבול · 😐 בסדר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נשימה: שאיפה 2 שניות, נשיפה 2 שניות – 5 פעמים. ספרו את הנשימות.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הספרה שלנו: ⬜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תחנה 4: ת – תגובה  ·  🟢🔵 כובע ירוק וכחול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מה עושים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נרגעתם. עכשיו צריך לחצות את הכביש אל התחנה השנייה – בבטחה.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המשימה: סדרו את הצעדים לפי הסדר הנכון (לחצו לפי הסדר).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___ מסתכלים שמאלה, ימינה ושוב שמאלה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___ מורידים אוזניות ומכניסים את הטלפון לכיס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___ מחכים לאור ירוק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___ חוצים בהליכה וממשיכים להסתכל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___ עוצרים בשפת המדרכה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כשהסדר נכון – הספרה היא 0.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הספרה שלנו: ⬜</w:t>
            </w:r>
          </w:p>
        </w:tc>
      </w:tr>
    </w:tbl>
    <w:p/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🚪 דף הקבוצה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שמות: 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תחנה 1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תחנה 2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תחנה 3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⬜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  <w:t>תחנה 4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⬜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 w:val="0"/>
          <w:rtl/>
        </w:rPr>
        <w:t>הקוד שלנו: ⬜⬜⬜⬜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🔑 למורה בלבד (לגזור!)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הקוד: 3050 · תחנה 1: 3 עובדות · תחנה 2: 0 · תחנה 3: 5 נשימות · תחנה 4: 0 (אחרי סידור הצעדים). 3050 – והדלת נפתחת! 🏠 הגעתם הביתה בשלום. ואולי שמתם לב: 30 ולא 50 – ברחוב מלא הולכי רגל, נסיעה איטית יותר נותנת לנהג/ת יותר זמן לעצור.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4748B"/>
        <w:sz w:val="16"/>
        <w:rtl/>
        <w:szCs w:val="16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