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1E3A8A"/>
          <w:sz w:val="40"/>
          <w:rtl w:val="1"/>
          <w:szCs w:val="40"/>
        </w:rPr>
        <w:t>🎯 בינגו תמרורים ומושגים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6 לוחות 4×4 + 2 לוחות 3×3 + כרטיסי מכריז/ה.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✔️ כל הלוחות 4×4 בנויים מאותן 16 מילים (סט א׳), כל אחד בסדר אחר. המכריז/ה שולף/ת רק מכרטיסי סט א׳ – ולכן כל מילה שנשלפת נמצאת על כל לוח. ללוחות 3×3 – כרטיסי סט ג׳ בלבד.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סט א׳: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עצור · תן זכות קדימה · אין כניסה · מעבר חצייה · זהירות, ילדים · מהירות עד 30 · שביל אופניים · כיכר · כביש · מדרכה · רמזור · קסדה · אוטובוס · תחנה · חגורת בטיחות · אפוד זוהר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סט ג׳: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עצור · מעבר חצייה · כביש · מדרכה · רמזור · קסדה · אוטובוס · מכונית · חגורת בטיחות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28"/>
          <w:rtl w:val="1"/>
          <w:szCs w:val="28"/>
        </w:rPr>
        <w:t>לוח 1 (סט א׳)  ·  שם: 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79"/>
        <w:gridCol w:w="2579"/>
        <w:gridCol w:w="2579"/>
        <w:gridCol w:w="2579"/>
      </w:tblGrid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noentry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אין כניסה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p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מעבר חצייה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kid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זהירות, ילדים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תחנה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🚶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מדרכה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giv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תן זכות קדימה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bik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שביל אופניים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round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כיכר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top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עצור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🦺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אפוד זוהר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רמזור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🔒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חגורת בטיחות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🚌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אוטובוס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מהירות עד 30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⛑️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קסדה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🛣️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כביש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28"/>
          <w:rtl w:val="1"/>
          <w:szCs w:val="28"/>
        </w:rPr>
        <w:t>לוח 2 (סט א׳)  ·  שם: 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79"/>
        <w:gridCol w:w="2579"/>
        <w:gridCol w:w="2579"/>
        <w:gridCol w:w="2579"/>
      </w:tblGrid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kid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זהירות, ילדים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🚌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אוטובוס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round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כיכר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noentry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אין כניסה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⛑️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קסדה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רמזור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מהירות עד 30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top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עצור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🔒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חגורת בטיחות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🚶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מדרכה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giv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תן זכות קדימה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🛣️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כביש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bik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שביל אופניים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p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מעבר חצייה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תחנה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🦺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אפוד זוהר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28"/>
          <w:rtl w:val="1"/>
          <w:szCs w:val="28"/>
        </w:rPr>
        <w:t>לוח 3 (סט א׳)  ·  שם: 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79"/>
        <w:gridCol w:w="2579"/>
        <w:gridCol w:w="2579"/>
        <w:gridCol w:w="2579"/>
      </w:tblGrid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p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מעבר חצייה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🛣️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כביש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kid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זהירות, ילדים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bik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שביל אופניים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🦺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אפוד זוהר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top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עצור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תחנה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⛑️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קסדה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round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כיכר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רמזור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🚶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מדרכה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noentry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אין כניסה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giv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תן זכות קדימה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🔒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חגורת בטיחות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🚌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אוטובוס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מהירות עד 30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28"/>
          <w:rtl w:val="1"/>
          <w:szCs w:val="28"/>
        </w:rPr>
        <w:t>לוח 4 (סט א׳)  ·  שם: 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79"/>
        <w:gridCol w:w="2579"/>
        <w:gridCol w:w="2579"/>
        <w:gridCol w:w="2579"/>
      </w:tblGrid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bik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שביל אופניים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🔒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חגורת בטיחות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giv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תן זכות קדימה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תחנה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top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עצור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⛑️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קסדה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round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כיכר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🚶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מדרכה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noentry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אין כניסה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🚌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אוטובוס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רמזור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🛣️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כביש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p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מעבר חצייה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🦺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אפוד זוהר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kid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זהירות, ילדים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מהירות עד 30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28"/>
          <w:rtl w:val="1"/>
          <w:szCs w:val="28"/>
        </w:rPr>
        <w:t>לוח 5 (סט א׳)  ·  שם: 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79"/>
        <w:gridCol w:w="2579"/>
        <w:gridCol w:w="2579"/>
        <w:gridCol w:w="2579"/>
      </w:tblGrid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bik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שביל אופניים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p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מעבר חצייה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תחנה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⛑️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קסדה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round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כיכר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noentry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אין כניסה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🛣️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כביש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🚌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אוטובוס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top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עצור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רמזור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🚶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מדרכה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🔒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חגורת בטיחות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מהירות עד 30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giv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תן זכות קדימה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🦺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אפוד זוהר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kid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זהירות, ילדים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28"/>
          <w:rtl w:val="1"/>
          <w:szCs w:val="28"/>
        </w:rPr>
        <w:t>לוח 6 (סט א׳)  ·  שם: 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79"/>
        <w:gridCol w:w="2579"/>
        <w:gridCol w:w="2579"/>
        <w:gridCol w:w="2579"/>
      </w:tblGrid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🚶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מדרכה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🚌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אוטובוס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giv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תן זכות קדימה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תחנה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🛣️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כביש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p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מעבר חצייה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bik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שביל אופניים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🦺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אפוד זוהר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רמזור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kid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זהירות, ילדים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top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עצור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6" name="Picture 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noentry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אין כניסה</w:t>
            </w:r>
          </w:p>
        </w:tc>
      </w:tr>
      <w:tr>
        <w:trPr>
          <w:trHeight w:val="2948" w:hRule="exact"/>
        </w:trPr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⛑️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קסדה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64"/>
              </w:rPr>
              <w:t>🔒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חגורת בטיחות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round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כיכר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מהירות עד 30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28"/>
          <w:rtl w:val="1"/>
          <w:szCs w:val="28"/>
        </w:rPr>
        <w:t>לוח קטן 1 (סט ג׳)  ·  שם: 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rPr>
          <w:trHeight w:val="3969" w:hRule="exact"/>
        </w:trPr>
        <w:tc>
          <w:tcPr>
            <w:tcW w:type="dxa" w:w="3439"/>
          </w:tcPr>
          <w:p>
            <w:pPr>
              <w:jc w:val="center"/>
            </w:pPr>
            <w:r>
              <w:rPr>
                <w:sz w:val="88"/>
              </w:rPr>
              <w:t>🚶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מדרכה</w:t>
            </w:r>
          </w:p>
        </w:tc>
        <w:tc>
          <w:tcPr>
            <w:tcW w:type="dxa" w:w="3439"/>
          </w:tcPr>
          <w:p>
            <w:pPr>
              <w:jc w:val="center"/>
            </w:pPr>
            <w:r>
              <w:rPr>
                <w:sz w:val="88"/>
              </w:rPr>
              <w:t>🛣️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כביש</w:t>
            </w:r>
          </w:p>
        </w:tc>
        <w:tc>
          <w:tcPr>
            <w:tcW w:type="dxa" w:w="3439"/>
          </w:tcPr>
          <w:p>
            <w:pPr>
              <w:jc w:val="center"/>
            </w:pPr>
            <w:r>
              <w:rPr>
                <w:sz w:val="88"/>
              </w:rPr>
              <w:t>🚌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אוטובוס</w:t>
            </w:r>
          </w:p>
        </w:tc>
      </w:tr>
      <w:tr>
        <w:trPr>
          <w:trHeight w:val="3969" w:hRule="exact"/>
        </w:trPr>
        <w:tc>
          <w:tcPr>
            <w:tcW w:type="dxa" w:w="3439"/>
          </w:tcPr>
          <w:p>
            <w:pPr>
              <w:jc w:val="center"/>
            </w:pPr>
            <w:r>
              <w:rPr>
                <w:sz w:val="88"/>
              </w:rPr>
              <w:t>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רמזור</w:t>
            </w:r>
          </w:p>
        </w:tc>
        <w:tc>
          <w:tcPr>
            <w:tcW w:type="dxa" w:w="343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p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מעבר חצייה</w:t>
            </w:r>
          </w:p>
        </w:tc>
        <w:tc>
          <w:tcPr>
            <w:tcW w:type="dxa" w:w="3439"/>
          </w:tcPr>
          <w:p>
            <w:pPr>
              <w:jc w:val="center"/>
            </w:pPr>
            <w:r>
              <w:rPr>
                <w:sz w:val="88"/>
              </w:rPr>
              <w:t>⛑️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קסדה</w:t>
            </w:r>
          </w:p>
        </w:tc>
      </w:tr>
      <w:tr>
        <w:trPr>
          <w:trHeight w:val="3969" w:hRule="exact"/>
        </w:trPr>
        <w:tc>
          <w:tcPr>
            <w:tcW w:type="dxa" w:w="3439"/>
          </w:tcPr>
          <w:p>
            <w:pPr>
              <w:jc w:val="center"/>
            </w:pPr>
            <w:r>
              <w:rPr>
                <w:sz w:val="88"/>
              </w:rPr>
              <w:t>🔒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חגורת בטיחות</w:t>
            </w:r>
          </w:p>
        </w:tc>
        <w:tc>
          <w:tcPr>
            <w:tcW w:type="dxa" w:w="3439"/>
          </w:tcPr>
          <w:p>
            <w:pPr>
              <w:jc w:val="center"/>
            </w:pPr>
            <w:r>
              <w:rPr>
                <w:sz w:val="88"/>
              </w:rPr>
              <w:t>🚗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מכונית</w:t>
            </w:r>
          </w:p>
        </w:tc>
        <w:tc>
          <w:tcPr>
            <w:tcW w:type="dxa" w:w="343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top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עצור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28"/>
          <w:rtl w:val="1"/>
          <w:szCs w:val="28"/>
        </w:rPr>
        <w:t>לוח קטן 2 (סט ג׳)  ·  שם: 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rPr>
          <w:trHeight w:val="3969" w:hRule="exact"/>
        </w:trPr>
        <w:tc>
          <w:tcPr>
            <w:tcW w:type="dxa" w:w="3439"/>
          </w:tcPr>
          <w:p>
            <w:pPr>
              <w:jc w:val="center"/>
            </w:pPr>
            <w:r>
              <w:rPr>
                <w:sz w:val="88"/>
              </w:rPr>
              <w:t>🚶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מדרכה</w:t>
            </w:r>
          </w:p>
        </w:tc>
        <w:tc>
          <w:tcPr>
            <w:tcW w:type="dxa" w:w="343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top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עצור</w:t>
            </w:r>
          </w:p>
        </w:tc>
        <w:tc>
          <w:tcPr>
            <w:tcW w:type="dxa" w:w="343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p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מעבר חצייה</w:t>
            </w:r>
          </w:p>
        </w:tc>
      </w:tr>
      <w:tr>
        <w:trPr>
          <w:trHeight w:val="3969" w:hRule="exact"/>
        </w:trPr>
        <w:tc>
          <w:tcPr>
            <w:tcW w:type="dxa" w:w="3439"/>
          </w:tcPr>
          <w:p>
            <w:pPr>
              <w:jc w:val="center"/>
            </w:pPr>
            <w:r>
              <w:rPr>
                <w:sz w:val="88"/>
              </w:rPr>
              <w:t>🔒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חגורת בטיחות</w:t>
            </w:r>
          </w:p>
        </w:tc>
        <w:tc>
          <w:tcPr>
            <w:tcW w:type="dxa" w:w="3439"/>
          </w:tcPr>
          <w:p>
            <w:pPr>
              <w:jc w:val="center"/>
            </w:pPr>
            <w:r>
              <w:rPr>
                <w:sz w:val="88"/>
              </w:rPr>
              <w:t>🚌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אוטובוס</w:t>
            </w:r>
          </w:p>
        </w:tc>
        <w:tc>
          <w:tcPr>
            <w:tcW w:type="dxa" w:w="3439"/>
          </w:tcPr>
          <w:p>
            <w:pPr>
              <w:jc w:val="center"/>
            </w:pPr>
            <w:r>
              <w:rPr>
                <w:sz w:val="88"/>
              </w:rPr>
              <w:t>🛣️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כביש</w:t>
            </w:r>
          </w:p>
        </w:tc>
      </w:tr>
      <w:tr>
        <w:trPr>
          <w:trHeight w:val="3969" w:hRule="exact"/>
        </w:trPr>
        <w:tc>
          <w:tcPr>
            <w:tcW w:type="dxa" w:w="3439"/>
          </w:tcPr>
          <w:p>
            <w:pPr>
              <w:jc w:val="center"/>
            </w:pPr>
            <w:r>
              <w:rPr>
                <w:sz w:val="88"/>
              </w:rPr>
              <w:t>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רמזור</w:t>
            </w:r>
          </w:p>
        </w:tc>
        <w:tc>
          <w:tcPr>
            <w:tcW w:type="dxa" w:w="3439"/>
          </w:tcPr>
          <w:p>
            <w:pPr>
              <w:jc w:val="center"/>
            </w:pPr>
            <w:r>
              <w:rPr>
                <w:sz w:val="88"/>
              </w:rPr>
              <w:t>⛑️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קסדה</w:t>
            </w:r>
          </w:p>
        </w:tc>
        <w:tc>
          <w:tcPr>
            <w:tcW w:type="dxa" w:w="3439"/>
          </w:tcPr>
          <w:p>
            <w:pPr>
              <w:jc w:val="center"/>
            </w:pPr>
            <w:r>
              <w:rPr>
                <w:sz w:val="88"/>
              </w:rPr>
              <w:t>🚗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מכונית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28"/>
          <w:rtl w:val="1"/>
          <w:szCs w:val="28"/>
        </w:rPr>
        <w:t>✂️ כרטיסי מכריז/ה – סט א׳  ·  שם: 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79"/>
        <w:gridCol w:w="2579"/>
        <w:gridCol w:w="2579"/>
        <w:gridCol w:w="2579"/>
      </w:tblGrid>
      <w:tr>
        <w:trPr>
          <w:trHeight w:val="226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000" cy="720000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top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עצור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000" cy="720000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giv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תן זכות קדימה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000" cy="720000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noentry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אין כניסה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000" cy="720000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p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מעבר חצייה</w:t>
            </w:r>
          </w:p>
        </w:tc>
      </w:tr>
      <w:tr>
        <w:trPr>
          <w:trHeight w:val="226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000" cy="720000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kid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זהירות, ילדים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000" cy="720000"/>
                  <wp:docPr id="58" name="Picture 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מהירות עד 30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000" cy="720000"/>
                  <wp:docPr id="59" name="Picture 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bik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שביל אופניים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000" cy="720000"/>
                  <wp:docPr id="60" name="Picture 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round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כיכר</w:t>
            </w:r>
          </w:p>
        </w:tc>
      </w:tr>
      <w:tr>
        <w:trPr>
          <w:trHeight w:val="2268" w:hRule="exact"/>
        </w:trPr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🛣️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כביש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🚶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מדרכה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רמזור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⛑️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קסדה</w:t>
            </w:r>
          </w:p>
        </w:tc>
      </w:tr>
      <w:tr>
        <w:trPr>
          <w:trHeight w:val="2268" w:hRule="exact"/>
        </w:trPr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🚌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אוטובוס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תחנה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🔒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חגורת בטיחות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🦺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אפוד זוהר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28"/>
          <w:rtl w:val="1"/>
          <w:szCs w:val="28"/>
        </w:rPr>
        <w:t>✂️ כרטיסי מכריז/ה – סט ג׳  ·  שם: 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79"/>
        <w:gridCol w:w="2579"/>
        <w:gridCol w:w="2579"/>
        <w:gridCol w:w="2579"/>
      </w:tblGrid>
      <w:tr>
        <w:trPr>
          <w:trHeight w:val="2268" w:hRule="exact"/>
        </w:trPr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000" cy="720000"/>
                  <wp:docPr id="61" name="Picture 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top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עצור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000" cy="720000"/>
                  <wp:docPr id="62" name="Picture 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p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מעבר חצייה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🛣️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כביש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🚶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מדרכה</w:t>
            </w:r>
          </w:p>
        </w:tc>
      </w:tr>
      <w:tr>
        <w:trPr>
          <w:trHeight w:val="2268" w:hRule="exact"/>
        </w:trPr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רמזור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⛑️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קסדה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🚌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אוטובוס</w:t>
            </w:r>
          </w:p>
        </w:tc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🚗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מכונית</w:t>
            </w:r>
          </w:p>
        </w:tc>
      </w:tr>
      <w:tr>
        <w:trPr>
          <w:trHeight w:val="2268" w:hRule="exact"/>
        </w:trPr>
        <w:tc>
          <w:tcPr>
            <w:tcW w:type="dxa" w:w="2579"/>
          </w:tcPr>
          <w:p>
            <w:pPr>
              <w:jc w:val="center"/>
            </w:pPr>
            <w:r>
              <w:rPr>
                <w:sz w:val="52"/>
              </w:rPr>
              <w:t>🔒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</w:rPr>
              <w:t>חגורת בטיחות</w:t>
            </w:r>
          </w:p>
        </w:tc>
        <w:tc>
          <w:tcPr>
            <w:tcW w:type="dxa" w:w="2579"/>
          </w:tcPr>
          <w:p/>
        </w:tc>
        <w:tc>
          <w:tcPr>
            <w:tcW w:type="dxa" w:w="2579"/>
          </w:tcPr>
          <w:p/>
        </w:tc>
        <w:tc>
          <w:tcPr>
            <w:tcW w:type="dxa" w:w="2579"/>
          </w:tcPr>
          <w:p/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28"/>
          <w:rtl w:val="1"/>
          <w:szCs w:val="28"/>
        </w:rPr>
        <w:t>לבוגרים: כרטיסי תיאור – סט א׳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המילה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התיאור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עצור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תמרור אדום עם שמונה צלעות. עוצרים לגמרי, מסתכלים – ורק אז ממשיכים.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תן זכות קדימה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משולש הפוך עם מסגרת אדומה. נותנים לרכבים בכביש השני לעבור קודם.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אין כניסה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עיגול אדום עם פס לבן באמצע. לכאן לא נכנסים ברכב.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מעבר חצייה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ריבוע כחול עם הולך רגל על פסים. כאן חוצים את הכביש.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זהירות, ילדים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משולש עם שני ילדים. אזהרה לנהגים: ילדים בסביבה – מאטים.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מהירות עד 30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עיגול עם מסגרת אדומה ומספר. אסור לנסוע מהר יותר מהמספר.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שביל אופניים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עיגול כחול עם אופניים. כאן רוכבים על אופניים.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כיכר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עיגול כחול עם חיצים במעגל. נוסעים מסביב לכיכר.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כביש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הַמְּכוֹנִיּוֹת נוֹסְעוֹת בַּכְּבִישׁ.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מדרכה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הוֹלְכִים עַל הַמִּדְרָכָה.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רמזור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בָּאוֹר הָאָדֹם עוֹמְדִים.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קסדה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רוֹכְבִים רַק עִם קַסְדָּה.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אוטובוס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מְחַכִּים לָאוֹטוֹבּוּס בַּתַּחֲנָה.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תחנה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הַתַּחֲנָה קְרוֹבָה לַבַּיִת.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חגורת בטיחות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חוֹגְרִים חֲגוֹרָה בְּכָל נְסִיעָה.</w:t>
            </w:r>
          </w:p>
        </w:tc>
      </w:tr>
      <w:tr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</w:rPr>
              <w:t>אפוד זוהר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בַּחֹשֶׁךְ לוֹבְשִׁים אֵפוֹד זוֹהֵר.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4748B"/>
        <w:sz w:val="16"/>
        <w:rtl w:val="1"/>
        <w:szCs w:val="16"/>
      </w:rPr>
      <w:t>יצרה: רוית ראש בן ישי · בדרך בטוחה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